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2E2" w:rsidRPr="00E8212C" w:rsidRDefault="00E8212C">
      <w:pPr>
        <w:spacing w:after="0"/>
        <w:jc w:val="center"/>
        <w:rPr>
          <w:lang w:val="ru-RU"/>
        </w:rPr>
      </w:pPr>
      <w:proofErr w:type="spellStart"/>
      <w:r w:rsidRPr="00E8212C">
        <w:rPr>
          <w:b/>
          <w:sz w:val="30"/>
          <w:lang w:val="ru-RU"/>
        </w:rPr>
        <w:t>Графік</w:t>
      </w:r>
      <w:proofErr w:type="spellEnd"/>
      <w:r w:rsidRPr="00E8212C">
        <w:rPr>
          <w:b/>
          <w:sz w:val="30"/>
          <w:lang w:val="ru-RU"/>
        </w:rPr>
        <w:t xml:space="preserve"> </w:t>
      </w:r>
      <w:proofErr w:type="spellStart"/>
      <w:r w:rsidRPr="00E8212C">
        <w:rPr>
          <w:b/>
          <w:sz w:val="30"/>
          <w:lang w:val="ru-RU"/>
        </w:rPr>
        <w:t>виконання</w:t>
      </w:r>
      <w:proofErr w:type="spellEnd"/>
      <w:r w:rsidRPr="00E8212C">
        <w:rPr>
          <w:b/>
          <w:sz w:val="30"/>
          <w:lang w:val="ru-RU"/>
        </w:rPr>
        <w:t xml:space="preserve"> </w:t>
      </w:r>
      <w:proofErr w:type="spellStart"/>
      <w:r w:rsidRPr="00E8212C">
        <w:rPr>
          <w:b/>
          <w:sz w:val="30"/>
          <w:lang w:val="ru-RU"/>
        </w:rPr>
        <w:t>кваліфікаційних</w:t>
      </w:r>
      <w:proofErr w:type="spellEnd"/>
      <w:r w:rsidRPr="00E8212C">
        <w:rPr>
          <w:b/>
          <w:sz w:val="30"/>
          <w:lang w:val="ru-RU"/>
        </w:rPr>
        <w:t xml:space="preserve"> </w:t>
      </w:r>
      <w:proofErr w:type="spellStart"/>
      <w:r w:rsidRPr="00E8212C">
        <w:rPr>
          <w:b/>
          <w:sz w:val="30"/>
          <w:lang w:val="ru-RU"/>
        </w:rPr>
        <w:t>робіт</w:t>
      </w:r>
      <w:proofErr w:type="spellEnd"/>
      <w:r w:rsidRPr="00E8212C">
        <w:rPr>
          <w:b/>
          <w:sz w:val="30"/>
          <w:lang w:val="ru-RU"/>
        </w:rPr>
        <w:t xml:space="preserve"> студентами 4 курсу</w:t>
      </w:r>
    </w:p>
    <w:p w:rsidR="007572E2" w:rsidRPr="00E8212C" w:rsidRDefault="00E8212C">
      <w:pPr>
        <w:spacing w:after="0"/>
        <w:jc w:val="center"/>
        <w:rPr>
          <w:lang w:val="ru-RU"/>
        </w:rPr>
      </w:pPr>
      <w:proofErr w:type="spellStart"/>
      <w:r w:rsidRPr="00E8212C">
        <w:rPr>
          <w:b/>
          <w:sz w:val="28"/>
          <w:lang w:val="ru-RU"/>
        </w:rPr>
        <w:t>Заочна</w:t>
      </w:r>
      <w:proofErr w:type="spellEnd"/>
      <w:r w:rsidRPr="00E8212C">
        <w:rPr>
          <w:b/>
          <w:sz w:val="28"/>
          <w:lang w:val="ru-RU"/>
        </w:rPr>
        <w:t xml:space="preserve"> </w:t>
      </w:r>
      <w:r w:rsidRPr="00E8212C">
        <w:rPr>
          <w:b/>
          <w:sz w:val="28"/>
          <w:lang w:val="ru-RU"/>
        </w:rPr>
        <w:t xml:space="preserve">форма </w:t>
      </w:r>
      <w:proofErr w:type="spellStart"/>
      <w:r w:rsidRPr="00E8212C">
        <w:rPr>
          <w:b/>
          <w:sz w:val="28"/>
          <w:lang w:val="ru-RU"/>
        </w:rPr>
        <w:t>навчання</w:t>
      </w:r>
      <w:proofErr w:type="spellEnd"/>
    </w:p>
    <w:p w:rsidR="007572E2" w:rsidRPr="00E8212C" w:rsidRDefault="00E8212C">
      <w:pPr>
        <w:spacing w:after="120"/>
        <w:jc w:val="center"/>
        <w:rPr>
          <w:lang w:val="ru-RU"/>
        </w:rPr>
      </w:pPr>
      <w:proofErr w:type="spellStart"/>
      <w:r w:rsidRPr="00E8212C">
        <w:rPr>
          <w:sz w:val="26"/>
          <w:lang w:val="ru-RU"/>
        </w:rPr>
        <w:t>Група</w:t>
      </w:r>
      <w:proofErr w:type="spellEnd"/>
      <w:r w:rsidRPr="00E8212C">
        <w:rPr>
          <w:sz w:val="26"/>
          <w:lang w:val="ru-RU"/>
        </w:rPr>
        <w:t>: ОПз-32-4с</w:t>
      </w:r>
      <w:r>
        <w:rPr>
          <w:sz w:val="26"/>
          <w:lang w:val="uk-UA"/>
        </w:rPr>
        <w:t xml:space="preserve"> 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901"/>
        <w:gridCol w:w="2721"/>
      </w:tblGrid>
      <w:tr w:rsidR="007572E2">
        <w:trPr>
          <w:jc w:val="center"/>
        </w:trPr>
        <w:tc>
          <w:tcPr>
            <w:tcW w:w="89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572E2" w:rsidRDefault="00E8212C">
            <w:pPr>
              <w:jc w:val="center"/>
            </w:pPr>
            <w:proofErr w:type="spellStart"/>
            <w:r>
              <w:rPr>
                <w:b/>
                <w:sz w:val="22"/>
              </w:rPr>
              <w:t>Вид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роботи</w:t>
            </w:r>
            <w:proofErr w:type="spellEnd"/>
          </w:p>
        </w:tc>
        <w:tc>
          <w:tcPr>
            <w:tcW w:w="272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572E2" w:rsidRDefault="00E8212C">
            <w:pPr>
              <w:jc w:val="center"/>
            </w:pPr>
            <w:r>
              <w:rPr>
                <w:b/>
                <w:sz w:val="22"/>
              </w:rPr>
              <w:t>Термін</w:t>
            </w:r>
          </w:p>
        </w:tc>
      </w:tr>
      <w:tr w:rsidR="007572E2">
        <w:trPr>
          <w:jc w:val="center"/>
        </w:trPr>
        <w:tc>
          <w:tcPr>
            <w:tcW w:w="89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572E2" w:rsidRDefault="00E8212C">
            <w:r>
              <w:rPr>
                <w:sz w:val="20"/>
              </w:rPr>
              <w:t xml:space="preserve">Уточнення та узгодження теми кваліфікаційної роботи бакалавра з керівником кваліфікаційної роботи. </w:t>
            </w:r>
            <w:r>
              <w:rPr>
                <w:sz w:val="20"/>
              </w:rPr>
              <w:t>Узгодження бази проходження виробничої практики.</w:t>
            </w:r>
          </w:p>
        </w:tc>
        <w:tc>
          <w:tcPr>
            <w:tcW w:w="272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572E2" w:rsidRDefault="00E8212C">
            <w:pPr>
              <w:jc w:val="center"/>
            </w:pPr>
            <w:r>
              <w:rPr>
                <w:sz w:val="20"/>
              </w:rPr>
              <w:t>29.01.2027 р.</w:t>
            </w:r>
          </w:p>
        </w:tc>
      </w:tr>
      <w:tr w:rsidR="007572E2">
        <w:trPr>
          <w:jc w:val="center"/>
        </w:trPr>
        <w:tc>
          <w:tcPr>
            <w:tcW w:w="89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572E2" w:rsidRPr="00E8212C" w:rsidRDefault="00E8212C">
            <w:pPr>
              <w:rPr>
                <w:lang w:val="ru-RU"/>
              </w:rPr>
            </w:pPr>
            <w:proofErr w:type="spellStart"/>
            <w:r w:rsidRPr="00E8212C">
              <w:rPr>
                <w:sz w:val="20"/>
                <w:lang w:val="ru-RU"/>
              </w:rPr>
              <w:t>Отримання</w:t>
            </w:r>
            <w:proofErr w:type="spellEnd"/>
            <w:r w:rsidRPr="00E8212C">
              <w:rPr>
                <w:sz w:val="20"/>
                <w:lang w:val="ru-RU"/>
              </w:rPr>
              <w:t xml:space="preserve"> </w:t>
            </w:r>
            <w:proofErr w:type="spellStart"/>
            <w:r w:rsidRPr="00E8212C">
              <w:rPr>
                <w:sz w:val="20"/>
                <w:lang w:val="ru-RU"/>
              </w:rPr>
              <w:t>завдання</w:t>
            </w:r>
            <w:proofErr w:type="spellEnd"/>
            <w:r w:rsidRPr="00E8212C">
              <w:rPr>
                <w:sz w:val="20"/>
                <w:lang w:val="ru-RU"/>
              </w:rPr>
              <w:t xml:space="preserve"> по </w:t>
            </w:r>
            <w:proofErr w:type="spellStart"/>
            <w:r w:rsidRPr="00E8212C">
              <w:rPr>
                <w:sz w:val="20"/>
                <w:lang w:val="ru-RU"/>
              </w:rPr>
              <w:t>проходженню</w:t>
            </w:r>
            <w:proofErr w:type="spellEnd"/>
            <w:r w:rsidRPr="00E8212C">
              <w:rPr>
                <w:sz w:val="20"/>
                <w:lang w:val="ru-RU"/>
              </w:rPr>
              <w:t xml:space="preserve"> </w:t>
            </w:r>
            <w:proofErr w:type="spellStart"/>
            <w:r w:rsidRPr="00E8212C">
              <w:rPr>
                <w:sz w:val="20"/>
                <w:lang w:val="ru-RU"/>
              </w:rPr>
              <w:t>виробничої</w:t>
            </w:r>
            <w:proofErr w:type="spellEnd"/>
            <w:r w:rsidRPr="00E8212C">
              <w:rPr>
                <w:sz w:val="20"/>
                <w:lang w:val="ru-RU"/>
              </w:rPr>
              <w:t xml:space="preserve"> практики та </w:t>
            </w:r>
            <w:proofErr w:type="spellStart"/>
            <w:r w:rsidRPr="00E8212C">
              <w:rPr>
                <w:sz w:val="20"/>
                <w:lang w:val="ru-RU"/>
              </w:rPr>
              <w:t>індивідуального</w:t>
            </w:r>
            <w:proofErr w:type="spellEnd"/>
            <w:r w:rsidRPr="00E8212C">
              <w:rPr>
                <w:sz w:val="20"/>
                <w:lang w:val="ru-RU"/>
              </w:rPr>
              <w:t xml:space="preserve"> </w:t>
            </w:r>
            <w:proofErr w:type="spellStart"/>
            <w:r w:rsidRPr="00E8212C">
              <w:rPr>
                <w:sz w:val="20"/>
                <w:lang w:val="ru-RU"/>
              </w:rPr>
              <w:t>завдання</w:t>
            </w:r>
            <w:proofErr w:type="spellEnd"/>
            <w:r w:rsidRPr="00E8212C">
              <w:rPr>
                <w:sz w:val="20"/>
                <w:lang w:val="ru-RU"/>
              </w:rPr>
              <w:t xml:space="preserve"> на </w:t>
            </w:r>
            <w:proofErr w:type="spellStart"/>
            <w:r w:rsidRPr="00E8212C">
              <w:rPr>
                <w:sz w:val="20"/>
                <w:lang w:val="ru-RU"/>
              </w:rPr>
              <w:t>кваліфікаційну</w:t>
            </w:r>
            <w:proofErr w:type="spellEnd"/>
            <w:r w:rsidRPr="00E8212C">
              <w:rPr>
                <w:sz w:val="20"/>
                <w:lang w:val="ru-RU"/>
              </w:rPr>
              <w:t xml:space="preserve"> роботу.</w:t>
            </w:r>
          </w:p>
        </w:tc>
        <w:tc>
          <w:tcPr>
            <w:tcW w:w="272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572E2" w:rsidRDefault="00E8212C">
            <w:pPr>
              <w:jc w:val="center"/>
            </w:pPr>
            <w:r>
              <w:rPr>
                <w:sz w:val="20"/>
              </w:rPr>
              <w:t>02.03.2027 р.</w:t>
            </w:r>
          </w:p>
        </w:tc>
      </w:tr>
      <w:tr w:rsidR="007572E2">
        <w:trPr>
          <w:jc w:val="center"/>
        </w:trPr>
        <w:tc>
          <w:tcPr>
            <w:tcW w:w="89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572E2" w:rsidRDefault="00E8212C">
            <w:r>
              <w:rPr>
                <w:sz w:val="20"/>
              </w:rPr>
              <w:t>Проходження виробничої практики</w:t>
            </w:r>
          </w:p>
        </w:tc>
        <w:tc>
          <w:tcPr>
            <w:tcW w:w="272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572E2" w:rsidRDefault="00E8212C">
            <w:pPr>
              <w:jc w:val="center"/>
            </w:pPr>
            <w:r>
              <w:rPr>
                <w:sz w:val="20"/>
              </w:rPr>
              <w:t>02.03.2027 – 16.04.2027 р.</w:t>
            </w:r>
          </w:p>
        </w:tc>
      </w:tr>
      <w:tr w:rsidR="007572E2" w:rsidRPr="00E8212C">
        <w:trPr>
          <w:jc w:val="center"/>
        </w:trPr>
        <w:tc>
          <w:tcPr>
            <w:tcW w:w="89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572E2" w:rsidRPr="00E8212C" w:rsidRDefault="00E8212C">
            <w:pPr>
              <w:rPr>
                <w:lang w:val="ru-RU"/>
              </w:rPr>
            </w:pPr>
            <w:proofErr w:type="spellStart"/>
            <w:r w:rsidRPr="00E8212C">
              <w:rPr>
                <w:sz w:val="20"/>
                <w:lang w:val="ru-RU"/>
              </w:rPr>
              <w:t>Подання</w:t>
            </w:r>
            <w:proofErr w:type="spellEnd"/>
            <w:r w:rsidRPr="00E8212C">
              <w:rPr>
                <w:sz w:val="20"/>
                <w:lang w:val="ru-RU"/>
              </w:rPr>
              <w:t xml:space="preserve"> н</w:t>
            </w:r>
            <w:r w:rsidRPr="00E8212C">
              <w:rPr>
                <w:sz w:val="20"/>
                <w:lang w:val="ru-RU"/>
              </w:rPr>
              <w:t xml:space="preserve">а </w:t>
            </w:r>
            <w:proofErr w:type="spellStart"/>
            <w:r w:rsidRPr="00E8212C">
              <w:rPr>
                <w:sz w:val="20"/>
                <w:lang w:val="ru-RU"/>
              </w:rPr>
              <w:t>перевірку</w:t>
            </w:r>
            <w:proofErr w:type="spellEnd"/>
            <w:r w:rsidRPr="00E8212C">
              <w:rPr>
                <w:sz w:val="20"/>
                <w:lang w:val="ru-RU"/>
              </w:rPr>
              <w:t xml:space="preserve"> </w:t>
            </w:r>
            <w:proofErr w:type="spellStart"/>
            <w:r w:rsidRPr="00E8212C">
              <w:rPr>
                <w:sz w:val="20"/>
                <w:lang w:val="ru-RU"/>
              </w:rPr>
              <w:t>звіту</w:t>
            </w:r>
            <w:proofErr w:type="spellEnd"/>
            <w:r w:rsidRPr="00E8212C">
              <w:rPr>
                <w:sz w:val="20"/>
                <w:lang w:val="ru-RU"/>
              </w:rPr>
              <w:t xml:space="preserve"> про </w:t>
            </w:r>
            <w:proofErr w:type="spellStart"/>
            <w:r w:rsidRPr="00E8212C">
              <w:rPr>
                <w:sz w:val="20"/>
                <w:lang w:val="ru-RU"/>
              </w:rPr>
              <w:t>проходження</w:t>
            </w:r>
            <w:proofErr w:type="spellEnd"/>
            <w:r w:rsidRPr="00E8212C">
              <w:rPr>
                <w:sz w:val="20"/>
                <w:lang w:val="ru-RU"/>
              </w:rPr>
              <w:t xml:space="preserve"> </w:t>
            </w:r>
            <w:proofErr w:type="spellStart"/>
            <w:r w:rsidRPr="00E8212C">
              <w:rPr>
                <w:sz w:val="20"/>
                <w:lang w:val="ru-RU"/>
              </w:rPr>
              <w:t>виробничої</w:t>
            </w:r>
            <w:proofErr w:type="spellEnd"/>
            <w:r w:rsidRPr="00E8212C">
              <w:rPr>
                <w:sz w:val="20"/>
                <w:lang w:val="ru-RU"/>
              </w:rPr>
              <w:t xml:space="preserve"> практики</w:t>
            </w:r>
          </w:p>
        </w:tc>
        <w:tc>
          <w:tcPr>
            <w:tcW w:w="272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572E2" w:rsidRPr="00E8212C" w:rsidRDefault="00E8212C">
            <w:pPr>
              <w:jc w:val="center"/>
              <w:rPr>
                <w:lang w:val="ru-RU"/>
              </w:rPr>
            </w:pPr>
            <w:r w:rsidRPr="00E8212C">
              <w:rPr>
                <w:sz w:val="20"/>
                <w:lang w:val="ru-RU"/>
              </w:rPr>
              <w:t xml:space="preserve">не </w:t>
            </w:r>
            <w:proofErr w:type="spellStart"/>
            <w:r w:rsidRPr="00E8212C">
              <w:rPr>
                <w:sz w:val="20"/>
                <w:lang w:val="ru-RU"/>
              </w:rPr>
              <w:t>пізніше</w:t>
            </w:r>
            <w:proofErr w:type="spellEnd"/>
            <w:r w:rsidRPr="00E8212C">
              <w:rPr>
                <w:sz w:val="20"/>
                <w:lang w:val="ru-RU"/>
              </w:rPr>
              <w:t xml:space="preserve"> 5-ти </w:t>
            </w:r>
            <w:proofErr w:type="spellStart"/>
            <w:r w:rsidRPr="00E8212C">
              <w:rPr>
                <w:sz w:val="20"/>
                <w:lang w:val="ru-RU"/>
              </w:rPr>
              <w:t>робочих</w:t>
            </w:r>
            <w:proofErr w:type="spellEnd"/>
            <w:r w:rsidRPr="00E8212C">
              <w:rPr>
                <w:sz w:val="20"/>
                <w:lang w:val="ru-RU"/>
              </w:rPr>
              <w:t xml:space="preserve"> </w:t>
            </w:r>
            <w:proofErr w:type="spellStart"/>
            <w:r w:rsidRPr="00E8212C">
              <w:rPr>
                <w:sz w:val="20"/>
                <w:lang w:val="ru-RU"/>
              </w:rPr>
              <w:t>днів</w:t>
            </w:r>
            <w:proofErr w:type="spellEnd"/>
            <w:r w:rsidRPr="00E8212C">
              <w:rPr>
                <w:sz w:val="20"/>
                <w:lang w:val="ru-RU"/>
              </w:rPr>
              <w:t xml:space="preserve"> </w:t>
            </w:r>
            <w:proofErr w:type="spellStart"/>
            <w:r w:rsidRPr="00E8212C">
              <w:rPr>
                <w:sz w:val="20"/>
                <w:lang w:val="ru-RU"/>
              </w:rPr>
              <w:t>після</w:t>
            </w:r>
            <w:proofErr w:type="spellEnd"/>
            <w:r w:rsidRPr="00E8212C">
              <w:rPr>
                <w:sz w:val="20"/>
                <w:lang w:val="ru-RU"/>
              </w:rPr>
              <w:t xml:space="preserve"> </w:t>
            </w:r>
            <w:proofErr w:type="spellStart"/>
            <w:r w:rsidRPr="00E8212C">
              <w:rPr>
                <w:sz w:val="20"/>
                <w:lang w:val="ru-RU"/>
              </w:rPr>
              <w:t>завершення</w:t>
            </w:r>
            <w:proofErr w:type="spellEnd"/>
            <w:r w:rsidRPr="00E8212C">
              <w:rPr>
                <w:sz w:val="20"/>
                <w:lang w:val="ru-RU"/>
              </w:rPr>
              <w:t xml:space="preserve"> практики</w:t>
            </w:r>
          </w:p>
        </w:tc>
      </w:tr>
      <w:tr w:rsidR="007572E2">
        <w:trPr>
          <w:jc w:val="center"/>
        </w:trPr>
        <w:tc>
          <w:tcPr>
            <w:tcW w:w="89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572E2" w:rsidRPr="00E8212C" w:rsidRDefault="00E8212C">
            <w:pPr>
              <w:rPr>
                <w:lang w:val="ru-RU"/>
              </w:rPr>
            </w:pPr>
            <w:proofErr w:type="spellStart"/>
            <w:r w:rsidRPr="00E8212C">
              <w:rPr>
                <w:sz w:val="20"/>
                <w:lang w:val="ru-RU"/>
              </w:rPr>
              <w:t>Захист</w:t>
            </w:r>
            <w:proofErr w:type="spellEnd"/>
            <w:r w:rsidRPr="00E8212C">
              <w:rPr>
                <w:sz w:val="20"/>
                <w:lang w:val="ru-RU"/>
              </w:rPr>
              <w:t xml:space="preserve"> </w:t>
            </w:r>
            <w:proofErr w:type="spellStart"/>
            <w:r w:rsidRPr="00E8212C">
              <w:rPr>
                <w:sz w:val="20"/>
                <w:lang w:val="ru-RU"/>
              </w:rPr>
              <w:t>звіту</w:t>
            </w:r>
            <w:proofErr w:type="spellEnd"/>
            <w:r w:rsidRPr="00E8212C">
              <w:rPr>
                <w:sz w:val="20"/>
                <w:lang w:val="ru-RU"/>
              </w:rPr>
              <w:t xml:space="preserve"> про </w:t>
            </w:r>
            <w:proofErr w:type="spellStart"/>
            <w:r w:rsidRPr="00E8212C">
              <w:rPr>
                <w:sz w:val="20"/>
                <w:lang w:val="ru-RU"/>
              </w:rPr>
              <w:t>проходження</w:t>
            </w:r>
            <w:proofErr w:type="spellEnd"/>
            <w:r w:rsidRPr="00E8212C">
              <w:rPr>
                <w:sz w:val="20"/>
                <w:lang w:val="ru-RU"/>
              </w:rPr>
              <w:t xml:space="preserve"> </w:t>
            </w:r>
            <w:proofErr w:type="spellStart"/>
            <w:r w:rsidRPr="00E8212C">
              <w:rPr>
                <w:sz w:val="20"/>
                <w:lang w:val="ru-RU"/>
              </w:rPr>
              <w:t>виробничої</w:t>
            </w:r>
            <w:proofErr w:type="spellEnd"/>
            <w:r w:rsidRPr="00E8212C">
              <w:rPr>
                <w:sz w:val="20"/>
                <w:lang w:val="ru-RU"/>
              </w:rPr>
              <w:t xml:space="preserve"> практики на </w:t>
            </w:r>
            <w:proofErr w:type="spellStart"/>
            <w:r w:rsidRPr="00E8212C">
              <w:rPr>
                <w:sz w:val="20"/>
                <w:lang w:val="ru-RU"/>
              </w:rPr>
              <w:t>кафедрі</w:t>
            </w:r>
            <w:proofErr w:type="spellEnd"/>
          </w:p>
        </w:tc>
        <w:tc>
          <w:tcPr>
            <w:tcW w:w="272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572E2" w:rsidRDefault="00E8212C">
            <w:pPr>
              <w:jc w:val="center"/>
            </w:pPr>
            <w:r>
              <w:rPr>
                <w:sz w:val="20"/>
              </w:rPr>
              <w:t>21.04.2027 р.</w:t>
            </w:r>
          </w:p>
        </w:tc>
      </w:tr>
      <w:tr w:rsidR="007572E2">
        <w:trPr>
          <w:jc w:val="center"/>
        </w:trPr>
        <w:tc>
          <w:tcPr>
            <w:tcW w:w="89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572E2" w:rsidRDefault="00E8212C">
            <w:r>
              <w:rPr>
                <w:sz w:val="20"/>
              </w:rPr>
              <w:t>Написання кваліфікаційної роботи бакалавра</w:t>
            </w:r>
          </w:p>
        </w:tc>
        <w:tc>
          <w:tcPr>
            <w:tcW w:w="272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572E2" w:rsidRDefault="00E8212C">
            <w:pPr>
              <w:jc w:val="center"/>
            </w:pPr>
            <w:r>
              <w:rPr>
                <w:sz w:val="20"/>
              </w:rPr>
              <w:t>11.05 – 02.06.2027 р.</w:t>
            </w:r>
          </w:p>
        </w:tc>
      </w:tr>
      <w:tr w:rsidR="007572E2">
        <w:trPr>
          <w:jc w:val="center"/>
        </w:trPr>
        <w:tc>
          <w:tcPr>
            <w:tcW w:w="89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572E2" w:rsidRPr="00E8212C" w:rsidRDefault="00E8212C">
            <w:pPr>
              <w:rPr>
                <w:lang w:val="ru-RU"/>
              </w:rPr>
            </w:pPr>
            <w:proofErr w:type="spellStart"/>
            <w:r w:rsidRPr="00E8212C">
              <w:rPr>
                <w:sz w:val="20"/>
                <w:lang w:val="ru-RU"/>
              </w:rPr>
              <w:t>Подання</w:t>
            </w:r>
            <w:proofErr w:type="spellEnd"/>
            <w:r w:rsidRPr="00E8212C">
              <w:rPr>
                <w:sz w:val="20"/>
                <w:lang w:val="ru-RU"/>
              </w:rPr>
              <w:t xml:space="preserve"> </w:t>
            </w:r>
            <w:proofErr w:type="spellStart"/>
            <w:r w:rsidRPr="00E8212C">
              <w:rPr>
                <w:sz w:val="20"/>
                <w:lang w:val="ru-RU"/>
              </w:rPr>
              <w:t>керівнику</w:t>
            </w:r>
            <w:proofErr w:type="spellEnd"/>
            <w:r w:rsidRPr="00E8212C">
              <w:rPr>
                <w:sz w:val="20"/>
                <w:lang w:val="ru-RU"/>
              </w:rPr>
              <w:t xml:space="preserve"> на </w:t>
            </w:r>
            <w:proofErr w:type="spellStart"/>
            <w:r w:rsidRPr="00E8212C">
              <w:rPr>
                <w:sz w:val="20"/>
                <w:lang w:val="ru-RU"/>
              </w:rPr>
              <w:t>перевірку</w:t>
            </w:r>
            <w:proofErr w:type="spellEnd"/>
            <w:r w:rsidRPr="00E8212C">
              <w:rPr>
                <w:sz w:val="20"/>
                <w:lang w:val="ru-RU"/>
              </w:rPr>
              <w:t xml:space="preserve"> </w:t>
            </w:r>
            <w:proofErr w:type="spellStart"/>
            <w:r w:rsidRPr="00E8212C">
              <w:rPr>
                <w:sz w:val="20"/>
                <w:lang w:val="ru-RU"/>
              </w:rPr>
              <w:t>теоретичної</w:t>
            </w:r>
            <w:proofErr w:type="spellEnd"/>
            <w:r w:rsidRPr="00E8212C">
              <w:rPr>
                <w:sz w:val="20"/>
                <w:lang w:val="ru-RU"/>
              </w:rPr>
              <w:t xml:space="preserve"> </w:t>
            </w:r>
            <w:proofErr w:type="spellStart"/>
            <w:r w:rsidRPr="00E8212C">
              <w:rPr>
                <w:sz w:val="20"/>
                <w:lang w:val="ru-RU"/>
              </w:rPr>
              <w:t>частини</w:t>
            </w:r>
            <w:proofErr w:type="spellEnd"/>
            <w:r w:rsidRPr="00E8212C">
              <w:rPr>
                <w:sz w:val="20"/>
                <w:lang w:val="ru-RU"/>
              </w:rPr>
              <w:t xml:space="preserve"> </w:t>
            </w:r>
            <w:proofErr w:type="spellStart"/>
            <w:r w:rsidRPr="00E8212C">
              <w:rPr>
                <w:sz w:val="20"/>
                <w:lang w:val="ru-RU"/>
              </w:rPr>
              <w:t>кваліфікаційної</w:t>
            </w:r>
            <w:proofErr w:type="spellEnd"/>
            <w:r w:rsidRPr="00E8212C">
              <w:rPr>
                <w:sz w:val="20"/>
                <w:lang w:val="ru-RU"/>
              </w:rPr>
              <w:t xml:space="preserve"> </w:t>
            </w:r>
            <w:proofErr w:type="spellStart"/>
            <w:r w:rsidRPr="00E8212C">
              <w:rPr>
                <w:sz w:val="20"/>
                <w:lang w:val="ru-RU"/>
              </w:rPr>
              <w:t>роботи</w:t>
            </w:r>
            <w:proofErr w:type="spellEnd"/>
          </w:p>
        </w:tc>
        <w:tc>
          <w:tcPr>
            <w:tcW w:w="272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572E2" w:rsidRDefault="00E8212C">
            <w:pPr>
              <w:jc w:val="center"/>
            </w:pPr>
            <w:proofErr w:type="spellStart"/>
            <w:r>
              <w:rPr>
                <w:sz w:val="20"/>
              </w:rPr>
              <w:t>до</w:t>
            </w:r>
            <w:proofErr w:type="spellEnd"/>
            <w:r>
              <w:rPr>
                <w:sz w:val="20"/>
              </w:rPr>
              <w:t xml:space="preserve"> 14.05.2027 р.</w:t>
            </w:r>
          </w:p>
        </w:tc>
      </w:tr>
      <w:tr w:rsidR="007572E2">
        <w:trPr>
          <w:jc w:val="center"/>
        </w:trPr>
        <w:tc>
          <w:tcPr>
            <w:tcW w:w="89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572E2" w:rsidRPr="00E8212C" w:rsidRDefault="00E8212C">
            <w:pPr>
              <w:rPr>
                <w:lang w:val="ru-RU"/>
              </w:rPr>
            </w:pPr>
            <w:proofErr w:type="spellStart"/>
            <w:r w:rsidRPr="00E8212C">
              <w:rPr>
                <w:sz w:val="20"/>
                <w:lang w:val="ru-RU"/>
              </w:rPr>
              <w:t>Подання</w:t>
            </w:r>
            <w:proofErr w:type="spellEnd"/>
            <w:r w:rsidRPr="00E8212C">
              <w:rPr>
                <w:sz w:val="20"/>
                <w:lang w:val="ru-RU"/>
              </w:rPr>
              <w:t xml:space="preserve"> </w:t>
            </w:r>
            <w:proofErr w:type="spellStart"/>
            <w:r w:rsidRPr="00E8212C">
              <w:rPr>
                <w:sz w:val="20"/>
                <w:lang w:val="ru-RU"/>
              </w:rPr>
              <w:t>керівнику</w:t>
            </w:r>
            <w:proofErr w:type="spellEnd"/>
            <w:r w:rsidRPr="00E8212C">
              <w:rPr>
                <w:sz w:val="20"/>
                <w:lang w:val="ru-RU"/>
              </w:rPr>
              <w:t xml:space="preserve"> на </w:t>
            </w:r>
            <w:proofErr w:type="spellStart"/>
            <w:r w:rsidRPr="00E8212C">
              <w:rPr>
                <w:sz w:val="20"/>
                <w:lang w:val="ru-RU"/>
              </w:rPr>
              <w:t>перевірку</w:t>
            </w:r>
            <w:proofErr w:type="spellEnd"/>
            <w:r w:rsidRPr="00E8212C">
              <w:rPr>
                <w:sz w:val="20"/>
                <w:lang w:val="ru-RU"/>
              </w:rPr>
              <w:t xml:space="preserve"> другого (</w:t>
            </w:r>
            <w:proofErr w:type="spellStart"/>
            <w:r w:rsidRPr="00E8212C">
              <w:rPr>
                <w:sz w:val="20"/>
                <w:lang w:val="ru-RU"/>
              </w:rPr>
              <w:t>аналітичного</w:t>
            </w:r>
            <w:proofErr w:type="spellEnd"/>
            <w:r w:rsidRPr="00E8212C">
              <w:rPr>
                <w:sz w:val="20"/>
                <w:lang w:val="ru-RU"/>
              </w:rPr>
              <w:t xml:space="preserve">) </w:t>
            </w:r>
            <w:proofErr w:type="spellStart"/>
            <w:r w:rsidRPr="00E8212C">
              <w:rPr>
                <w:sz w:val="20"/>
                <w:lang w:val="ru-RU"/>
              </w:rPr>
              <w:t>розділу</w:t>
            </w:r>
            <w:proofErr w:type="spellEnd"/>
            <w:r w:rsidRPr="00E8212C">
              <w:rPr>
                <w:sz w:val="20"/>
                <w:lang w:val="ru-RU"/>
              </w:rPr>
              <w:t xml:space="preserve"> </w:t>
            </w:r>
            <w:proofErr w:type="spellStart"/>
            <w:r w:rsidRPr="00E8212C">
              <w:rPr>
                <w:sz w:val="20"/>
                <w:lang w:val="ru-RU"/>
              </w:rPr>
              <w:t>кваліфікаційної</w:t>
            </w:r>
            <w:proofErr w:type="spellEnd"/>
            <w:r w:rsidRPr="00E8212C">
              <w:rPr>
                <w:sz w:val="20"/>
                <w:lang w:val="ru-RU"/>
              </w:rPr>
              <w:t xml:space="preserve"> </w:t>
            </w:r>
            <w:proofErr w:type="spellStart"/>
            <w:r w:rsidRPr="00E8212C">
              <w:rPr>
                <w:sz w:val="20"/>
                <w:lang w:val="ru-RU"/>
              </w:rPr>
              <w:t>роботи</w:t>
            </w:r>
            <w:proofErr w:type="spellEnd"/>
          </w:p>
        </w:tc>
        <w:tc>
          <w:tcPr>
            <w:tcW w:w="272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572E2" w:rsidRDefault="00E8212C">
            <w:pPr>
              <w:jc w:val="center"/>
            </w:pPr>
            <w:proofErr w:type="spellStart"/>
            <w:r>
              <w:rPr>
                <w:sz w:val="20"/>
              </w:rPr>
              <w:t>до</w:t>
            </w:r>
            <w:proofErr w:type="spellEnd"/>
            <w:r>
              <w:rPr>
                <w:sz w:val="20"/>
              </w:rPr>
              <w:t xml:space="preserve"> 21.05.2027 р.</w:t>
            </w:r>
          </w:p>
        </w:tc>
      </w:tr>
      <w:tr w:rsidR="007572E2">
        <w:trPr>
          <w:jc w:val="center"/>
        </w:trPr>
        <w:tc>
          <w:tcPr>
            <w:tcW w:w="89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572E2" w:rsidRPr="00E8212C" w:rsidRDefault="00E8212C">
            <w:pPr>
              <w:rPr>
                <w:lang w:val="ru-RU"/>
              </w:rPr>
            </w:pPr>
            <w:proofErr w:type="spellStart"/>
            <w:r w:rsidRPr="00E8212C">
              <w:rPr>
                <w:sz w:val="20"/>
                <w:lang w:val="ru-RU"/>
              </w:rPr>
              <w:t>Подання</w:t>
            </w:r>
            <w:proofErr w:type="spellEnd"/>
            <w:r w:rsidRPr="00E8212C">
              <w:rPr>
                <w:sz w:val="20"/>
                <w:lang w:val="ru-RU"/>
              </w:rPr>
              <w:t xml:space="preserve"> </w:t>
            </w:r>
            <w:proofErr w:type="spellStart"/>
            <w:r w:rsidRPr="00E8212C">
              <w:rPr>
                <w:sz w:val="20"/>
                <w:lang w:val="ru-RU"/>
              </w:rPr>
              <w:t>керівнику</w:t>
            </w:r>
            <w:proofErr w:type="spellEnd"/>
            <w:r w:rsidRPr="00E8212C">
              <w:rPr>
                <w:sz w:val="20"/>
                <w:lang w:val="ru-RU"/>
              </w:rPr>
              <w:t xml:space="preserve"> на </w:t>
            </w:r>
            <w:proofErr w:type="spellStart"/>
            <w:r w:rsidRPr="00E8212C">
              <w:rPr>
                <w:sz w:val="20"/>
                <w:lang w:val="ru-RU"/>
              </w:rPr>
              <w:t>перевірку</w:t>
            </w:r>
            <w:proofErr w:type="spellEnd"/>
            <w:r w:rsidRPr="00E8212C">
              <w:rPr>
                <w:sz w:val="20"/>
                <w:lang w:val="ru-RU"/>
              </w:rPr>
              <w:t xml:space="preserve"> </w:t>
            </w:r>
            <w:proofErr w:type="spellStart"/>
            <w:r w:rsidRPr="00E8212C">
              <w:rPr>
                <w:sz w:val="20"/>
                <w:lang w:val="ru-RU"/>
              </w:rPr>
              <w:t>третього</w:t>
            </w:r>
            <w:proofErr w:type="spellEnd"/>
            <w:r w:rsidRPr="00E8212C">
              <w:rPr>
                <w:sz w:val="20"/>
                <w:lang w:val="ru-RU"/>
              </w:rPr>
              <w:t xml:space="preserve"> (прикладного </w:t>
            </w:r>
            <w:proofErr w:type="spellStart"/>
            <w:r w:rsidRPr="00E8212C">
              <w:rPr>
                <w:sz w:val="20"/>
                <w:lang w:val="ru-RU"/>
              </w:rPr>
              <w:t>або</w:t>
            </w:r>
            <w:proofErr w:type="spellEnd"/>
            <w:r w:rsidRPr="00E8212C">
              <w:rPr>
                <w:sz w:val="20"/>
                <w:lang w:val="ru-RU"/>
              </w:rPr>
              <w:t xml:space="preserve"> прое</w:t>
            </w:r>
            <w:r w:rsidRPr="00E8212C">
              <w:rPr>
                <w:sz w:val="20"/>
                <w:lang w:val="ru-RU"/>
              </w:rPr>
              <w:t xml:space="preserve">ктного) </w:t>
            </w:r>
            <w:proofErr w:type="spellStart"/>
            <w:r w:rsidRPr="00E8212C">
              <w:rPr>
                <w:sz w:val="20"/>
                <w:lang w:val="ru-RU"/>
              </w:rPr>
              <w:t>розділу</w:t>
            </w:r>
            <w:proofErr w:type="spellEnd"/>
            <w:r w:rsidRPr="00E8212C">
              <w:rPr>
                <w:sz w:val="20"/>
                <w:lang w:val="ru-RU"/>
              </w:rPr>
              <w:t xml:space="preserve"> </w:t>
            </w:r>
            <w:proofErr w:type="spellStart"/>
            <w:r w:rsidRPr="00E8212C">
              <w:rPr>
                <w:sz w:val="20"/>
                <w:lang w:val="ru-RU"/>
              </w:rPr>
              <w:t>кваліфікаційної</w:t>
            </w:r>
            <w:proofErr w:type="spellEnd"/>
            <w:r w:rsidRPr="00E8212C">
              <w:rPr>
                <w:sz w:val="20"/>
                <w:lang w:val="ru-RU"/>
              </w:rPr>
              <w:t xml:space="preserve"> </w:t>
            </w:r>
            <w:proofErr w:type="spellStart"/>
            <w:r w:rsidRPr="00E8212C">
              <w:rPr>
                <w:sz w:val="20"/>
                <w:lang w:val="ru-RU"/>
              </w:rPr>
              <w:t>роботи</w:t>
            </w:r>
            <w:proofErr w:type="spellEnd"/>
          </w:p>
        </w:tc>
        <w:tc>
          <w:tcPr>
            <w:tcW w:w="272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572E2" w:rsidRDefault="00E8212C">
            <w:pPr>
              <w:jc w:val="center"/>
            </w:pPr>
            <w:proofErr w:type="spellStart"/>
            <w:r>
              <w:rPr>
                <w:sz w:val="20"/>
              </w:rPr>
              <w:t>до</w:t>
            </w:r>
            <w:proofErr w:type="spellEnd"/>
            <w:r>
              <w:rPr>
                <w:sz w:val="20"/>
              </w:rPr>
              <w:t xml:space="preserve"> 25.05.2027 р.</w:t>
            </w:r>
          </w:p>
        </w:tc>
      </w:tr>
      <w:tr w:rsidR="007572E2">
        <w:trPr>
          <w:jc w:val="center"/>
        </w:trPr>
        <w:tc>
          <w:tcPr>
            <w:tcW w:w="89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572E2" w:rsidRDefault="00E8212C">
            <w:r>
              <w:rPr>
                <w:sz w:val="20"/>
              </w:rPr>
              <w:t>Подання попереднього варіанту кваліфікаційної роботи керівнику та звіт керівника на кафедрі про стан виконання студентом кваліфікаційної роботи</w:t>
            </w:r>
          </w:p>
        </w:tc>
        <w:tc>
          <w:tcPr>
            <w:tcW w:w="272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572E2" w:rsidRDefault="00E8212C">
            <w:pPr>
              <w:jc w:val="center"/>
            </w:pPr>
            <w:r>
              <w:rPr>
                <w:sz w:val="20"/>
              </w:rPr>
              <w:t>27.05.2027 р.</w:t>
            </w:r>
          </w:p>
        </w:tc>
      </w:tr>
      <w:tr w:rsidR="007572E2">
        <w:trPr>
          <w:jc w:val="center"/>
        </w:trPr>
        <w:tc>
          <w:tcPr>
            <w:tcW w:w="89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572E2" w:rsidRPr="00E8212C" w:rsidRDefault="00E8212C">
            <w:pPr>
              <w:rPr>
                <w:lang w:val="ru-RU"/>
              </w:rPr>
            </w:pPr>
            <w:proofErr w:type="spellStart"/>
            <w:r w:rsidRPr="00E8212C">
              <w:rPr>
                <w:sz w:val="20"/>
                <w:lang w:val="ru-RU"/>
              </w:rPr>
              <w:t>Подання</w:t>
            </w:r>
            <w:proofErr w:type="spellEnd"/>
            <w:r w:rsidRPr="00E8212C">
              <w:rPr>
                <w:sz w:val="20"/>
                <w:lang w:val="ru-RU"/>
              </w:rPr>
              <w:t xml:space="preserve"> студентом </w:t>
            </w:r>
            <w:proofErr w:type="spellStart"/>
            <w:r w:rsidRPr="00E8212C">
              <w:rPr>
                <w:sz w:val="20"/>
                <w:lang w:val="ru-RU"/>
              </w:rPr>
              <w:t>кваліфікаційної</w:t>
            </w:r>
            <w:proofErr w:type="spellEnd"/>
            <w:r w:rsidRPr="00E8212C">
              <w:rPr>
                <w:sz w:val="20"/>
                <w:lang w:val="ru-RU"/>
              </w:rPr>
              <w:t xml:space="preserve"> </w:t>
            </w:r>
            <w:proofErr w:type="spellStart"/>
            <w:r w:rsidRPr="00E8212C">
              <w:rPr>
                <w:sz w:val="20"/>
                <w:lang w:val="ru-RU"/>
              </w:rPr>
              <w:t>роботи</w:t>
            </w:r>
            <w:proofErr w:type="spellEnd"/>
            <w:r w:rsidRPr="00E8212C">
              <w:rPr>
                <w:sz w:val="20"/>
                <w:lang w:val="ru-RU"/>
              </w:rPr>
              <w:t xml:space="preserve"> на кафедру для </w:t>
            </w:r>
            <w:proofErr w:type="spellStart"/>
            <w:r w:rsidRPr="00E8212C">
              <w:rPr>
                <w:sz w:val="20"/>
                <w:lang w:val="ru-RU"/>
              </w:rPr>
              <w:t>проходження</w:t>
            </w:r>
            <w:proofErr w:type="spellEnd"/>
            <w:r w:rsidRPr="00E8212C">
              <w:rPr>
                <w:sz w:val="20"/>
                <w:lang w:val="ru-RU"/>
              </w:rPr>
              <w:t xml:space="preserve"> </w:t>
            </w:r>
            <w:proofErr w:type="spellStart"/>
            <w:r w:rsidRPr="00E8212C">
              <w:rPr>
                <w:sz w:val="20"/>
                <w:lang w:val="ru-RU"/>
              </w:rPr>
              <w:t>нормоконтролю</w:t>
            </w:r>
            <w:proofErr w:type="spellEnd"/>
          </w:p>
        </w:tc>
        <w:tc>
          <w:tcPr>
            <w:tcW w:w="272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572E2" w:rsidRDefault="00E8212C">
            <w:pPr>
              <w:jc w:val="center"/>
            </w:pPr>
            <w:r>
              <w:rPr>
                <w:sz w:val="20"/>
              </w:rPr>
              <w:t>28.05.2027 р.</w:t>
            </w:r>
          </w:p>
        </w:tc>
      </w:tr>
      <w:tr w:rsidR="007572E2">
        <w:trPr>
          <w:jc w:val="center"/>
        </w:trPr>
        <w:tc>
          <w:tcPr>
            <w:tcW w:w="89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572E2" w:rsidRPr="00E8212C" w:rsidRDefault="00E8212C">
            <w:pPr>
              <w:rPr>
                <w:lang w:val="ru-RU"/>
              </w:rPr>
            </w:pPr>
            <w:proofErr w:type="spellStart"/>
            <w:r w:rsidRPr="00E8212C">
              <w:rPr>
                <w:sz w:val="20"/>
                <w:lang w:val="ru-RU"/>
              </w:rPr>
              <w:t>Подання</w:t>
            </w:r>
            <w:proofErr w:type="spellEnd"/>
            <w:r w:rsidRPr="00E8212C">
              <w:rPr>
                <w:sz w:val="20"/>
                <w:lang w:val="ru-RU"/>
              </w:rPr>
              <w:t xml:space="preserve"> </w:t>
            </w:r>
            <w:proofErr w:type="spellStart"/>
            <w:r w:rsidRPr="00E8212C">
              <w:rPr>
                <w:sz w:val="20"/>
                <w:lang w:val="ru-RU"/>
              </w:rPr>
              <w:t>кваліфікаційної</w:t>
            </w:r>
            <w:proofErr w:type="spellEnd"/>
            <w:r w:rsidRPr="00E8212C">
              <w:rPr>
                <w:sz w:val="20"/>
                <w:lang w:val="ru-RU"/>
              </w:rPr>
              <w:t xml:space="preserve"> </w:t>
            </w:r>
            <w:proofErr w:type="spellStart"/>
            <w:r w:rsidRPr="00E8212C">
              <w:rPr>
                <w:sz w:val="20"/>
                <w:lang w:val="ru-RU"/>
              </w:rPr>
              <w:t>роботи</w:t>
            </w:r>
            <w:proofErr w:type="spellEnd"/>
            <w:r w:rsidRPr="00E8212C">
              <w:rPr>
                <w:sz w:val="20"/>
                <w:lang w:val="ru-RU"/>
              </w:rPr>
              <w:t xml:space="preserve"> </w:t>
            </w:r>
            <w:proofErr w:type="spellStart"/>
            <w:r w:rsidRPr="00E8212C">
              <w:rPr>
                <w:sz w:val="20"/>
                <w:lang w:val="ru-RU"/>
              </w:rPr>
              <w:t>провідному</w:t>
            </w:r>
            <w:proofErr w:type="spellEnd"/>
            <w:r w:rsidRPr="00E8212C">
              <w:rPr>
                <w:sz w:val="20"/>
                <w:lang w:val="ru-RU"/>
              </w:rPr>
              <w:t xml:space="preserve"> </w:t>
            </w:r>
            <w:proofErr w:type="spellStart"/>
            <w:r w:rsidRPr="00E8212C">
              <w:rPr>
                <w:sz w:val="20"/>
                <w:lang w:val="ru-RU"/>
              </w:rPr>
              <w:t>фахівцю</w:t>
            </w:r>
            <w:proofErr w:type="spellEnd"/>
            <w:r w:rsidRPr="00E8212C">
              <w:rPr>
                <w:sz w:val="20"/>
                <w:lang w:val="ru-RU"/>
              </w:rPr>
              <w:t xml:space="preserve"> </w:t>
            </w:r>
            <w:proofErr w:type="spellStart"/>
            <w:r w:rsidRPr="00E8212C">
              <w:rPr>
                <w:sz w:val="20"/>
                <w:lang w:val="ru-RU"/>
              </w:rPr>
              <w:t>кафедри</w:t>
            </w:r>
            <w:proofErr w:type="spellEnd"/>
            <w:r w:rsidRPr="00E8212C">
              <w:rPr>
                <w:sz w:val="20"/>
                <w:lang w:val="ru-RU"/>
              </w:rPr>
              <w:t xml:space="preserve"> для </w:t>
            </w:r>
            <w:proofErr w:type="spellStart"/>
            <w:r w:rsidRPr="00E8212C">
              <w:rPr>
                <w:sz w:val="20"/>
                <w:lang w:val="ru-RU"/>
              </w:rPr>
              <w:t>проходження</w:t>
            </w:r>
            <w:proofErr w:type="spellEnd"/>
            <w:r w:rsidRPr="00E8212C">
              <w:rPr>
                <w:sz w:val="20"/>
                <w:lang w:val="ru-RU"/>
              </w:rPr>
              <w:t xml:space="preserve"> </w:t>
            </w:r>
            <w:proofErr w:type="spellStart"/>
            <w:r w:rsidRPr="00E8212C">
              <w:rPr>
                <w:sz w:val="20"/>
                <w:lang w:val="ru-RU"/>
              </w:rPr>
              <w:t>процедури</w:t>
            </w:r>
            <w:proofErr w:type="spellEnd"/>
            <w:r w:rsidRPr="00E8212C">
              <w:rPr>
                <w:sz w:val="20"/>
                <w:lang w:val="ru-RU"/>
              </w:rPr>
              <w:t xml:space="preserve"> </w:t>
            </w:r>
            <w:proofErr w:type="spellStart"/>
            <w:r w:rsidRPr="00E8212C">
              <w:rPr>
                <w:sz w:val="20"/>
                <w:lang w:val="ru-RU"/>
              </w:rPr>
              <w:t>перевірки</w:t>
            </w:r>
            <w:proofErr w:type="spellEnd"/>
            <w:r w:rsidRPr="00E8212C">
              <w:rPr>
                <w:sz w:val="20"/>
                <w:lang w:val="ru-RU"/>
              </w:rPr>
              <w:t xml:space="preserve"> на </w:t>
            </w:r>
            <w:proofErr w:type="spellStart"/>
            <w:r w:rsidRPr="00E8212C">
              <w:rPr>
                <w:sz w:val="20"/>
                <w:lang w:val="ru-RU"/>
              </w:rPr>
              <w:t>плагіат</w:t>
            </w:r>
            <w:proofErr w:type="spellEnd"/>
          </w:p>
        </w:tc>
        <w:tc>
          <w:tcPr>
            <w:tcW w:w="272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572E2" w:rsidRDefault="00E8212C">
            <w:pPr>
              <w:jc w:val="center"/>
            </w:pPr>
            <w:r>
              <w:rPr>
                <w:sz w:val="20"/>
              </w:rPr>
              <w:t>28.05.2027 р.</w:t>
            </w:r>
          </w:p>
        </w:tc>
      </w:tr>
      <w:tr w:rsidR="007572E2">
        <w:trPr>
          <w:jc w:val="center"/>
        </w:trPr>
        <w:tc>
          <w:tcPr>
            <w:tcW w:w="89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572E2" w:rsidRDefault="00E8212C">
            <w:r>
              <w:rPr>
                <w:sz w:val="20"/>
              </w:rPr>
              <w:t xml:space="preserve">На гугл-диск кафедри завантажується електронна версія кваліфікаційної роботи у </w:t>
            </w:r>
            <w:r>
              <w:rPr>
                <w:sz w:val="20"/>
              </w:rPr>
              <w:t>форматах pdf-документу та p7s-документу з цифровим підписом, відповідні супровідні документи, ілюстративні матеріали до захисту (презентація), метадані роботи для репозитарію СумДУ (бібліографічний опис та анотація). Відповідальна особа - керівник кваліфік</w:t>
            </w:r>
            <w:r>
              <w:rPr>
                <w:sz w:val="20"/>
              </w:rPr>
              <w:t>аційної роботи.</w:t>
            </w:r>
          </w:p>
        </w:tc>
        <w:tc>
          <w:tcPr>
            <w:tcW w:w="272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572E2" w:rsidRDefault="00E8212C">
            <w:pPr>
              <w:jc w:val="center"/>
            </w:pPr>
            <w:r>
              <w:rPr>
                <w:sz w:val="20"/>
              </w:rPr>
              <w:t>до 02.06.2027 р.</w:t>
            </w:r>
          </w:p>
        </w:tc>
      </w:tr>
      <w:tr w:rsidR="007572E2">
        <w:trPr>
          <w:jc w:val="center"/>
        </w:trPr>
        <w:tc>
          <w:tcPr>
            <w:tcW w:w="89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572E2" w:rsidRPr="00E8212C" w:rsidRDefault="00E8212C">
            <w:pPr>
              <w:rPr>
                <w:lang w:val="ru-RU"/>
              </w:rPr>
            </w:pPr>
            <w:proofErr w:type="spellStart"/>
            <w:r w:rsidRPr="00E8212C">
              <w:rPr>
                <w:sz w:val="20"/>
                <w:lang w:val="ru-RU"/>
              </w:rPr>
              <w:t>Розміщення</w:t>
            </w:r>
            <w:proofErr w:type="spellEnd"/>
            <w:r w:rsidRPr="00E8212C">
              <w:rPr>
                <w:sz w:val="20"/>
                <w:lang w:val="ru-RU"/>
              </w:rPr>
              <w:t xml:space="preserve"> </w:t>
            </w:r>
            <w:proofErr w:type="spellStart"/>
            <w:r w:rsidRPr="00E8212C">
              <w:rPr>
                <w:sz w:val="20"/>
                <w:lang w:val="ru-RU"/>
              </w:rPr>
              <w:t>роботи</w:t>
            </w:r>
            <w:proofErr w:type="spellEnd"/>
            <w:r w:rsidRPr="00E8212C">
              <w:rPr>
                <w:sz w:val="20"/>
                <w:lang w:val="ru-RU"/>
              </w:rPr>
              <w:t xml:space="preserve"> в </w:t>
            </w:r>
            <w:proofErr w:type="spellStart"/>
            <w:r w:rsidRPr="00E8212C">
              <w:rPr>
                <w:sz w:val="20"/>
                <w:lang w:val="ru-RU"/>
              </w:rPr>
              <w:t>репозитарії</w:t>
            </w:r>
            <w:proofErr w:type="spellEnd"/>
            <w:r w:rsidRPr="00E8212C">
              <w:rPr>
                <w:sz w:val="20"/>
                <w:lang w:val="ru-RU"/>
              </w:rPr>
              <w:t xml:space="preserve"> </w:t>
            </w:r>
            <w:proofErr w:type="spellStart"/>
            <w:r w:rsidRPr="00E8212C">
              <w:rPr>
                <w:sz w:val="20"/>
                <w:lang w:val="ru-RU"/>
              </w:rPr>
              <w:t>СумДУ</w:t>
            </w:r>
            <w:proofErr w:type="spellEnd"/>
            <w:r w:rsidRPr="00E8212C">
              <w:rPr>
                <w:sz w:val="20"/>
                <w:lang w:val="ru-RU"/>
              </w:rPr>
              <w:t xml:space="preserve"> та </w:t>
            </w:r>
            <w:proofErr w:type="spellStart"/>
            <w:r w:rsidRPr="00E8212C">
              <w:rPr>
                <w:sz w:val="20"/>
                <w:lang w:val="ru-RU"/>
              </w:rPr>
              <w:t>електронному</w:t>
            </w:r>
            <w:proofErr w:type="spellEnd"/>
            <w:r w:rsidRPr="00E8212C">
              <w:rPr>
                <w:sz w:val="20"/>
                <w:lang w:val="ru-RU"/>
              </w:rPr>
              <w:t xml:space="preserve"> </w:t>
            </w:r>
            <w:proofErr w:type="spellStart"/>
            <w:r w:rsidRPr="00E8212C">
              <w:rPr>
                <w:sz w:val="20"/>
                <w:lang w:val="ru-RU"/>
              </w:rPr>
              <w:t>архіві</w:t>
            </w:r>
            <w:proofErr w:type="spellEnd"/>
            <w:r w:rsidRPr="00E8212C">
              <w:rPr>
                <w:sz w:val="20"/>
                <w:lang w:val="ru-RU"/>
              </w:rPr>
              <w:t xml:space="preserve"> </w:t>
            </w:r>
            <w:proofErr w:type="spellStart"/>
            <w:r w:rsidRPr="00E8212C">
              <w:rPr>
                <w:sz w:val="20"/>
                <w:lang w:val="ru-RU"/>
              </w:rPr>
              <w:t>університету</w:t>
            </w:r>
            <w:proofErr w:type="spellEnd"/>
            <w:r w:rsidRPr="00E8212C">
              <w:rPr>
                <w:sz w:val="20"/>
                <w:lang w:val="ru-RU"/>
              </w:rPr>
              <w:t>.</w:t>
            </w:r>
          </w:p>
        </w:tc>
        <w:tc>
          <w:tcPr>
            <w:tcW w:w="272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572E2" w:rsidRDefault="00E8212C">
            <w:pPr>
              <w:jc w:val="center"/>
            </w:pPr>
            <w:proofErr w:type="spellStart"/>
            <w:r>
              <w:rPr>
                <w:sz w:val="20"/>
              </w:rPr>
              <w:t>до</w:t>
            </w:r>
            <w:proofErr w:type="spellEnd"/>
            <w:r>
              <w:rPr>
                <w:sz w:val="20"/>
              </w:rPr>
              <w:t xml:space="preserve"> 03.06.2027 р.</w:t>
            </w:r>
          </w:p>
        </w:tc>
      </w:tr>
      <w:tr w:rsidR="007572E2">
        <w:trPr>
          <w:jc w:val="center"/>
        </w:trPr>
        <w:tc>
          <w:tcPr>
            <w:tcW w:w="890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572E2" w:rsidRDefault="00E8212C">
            <w:r>
              <w:rPr>
                <w:sz w:val="20"/>
              </w:rPr>
              <w:t>Захист кваліфікаційної роботи</w:t>
            </w:r>
          </w:p>
        </w:tc>
        <w:tc>
          <w:tcPr>
            <w:tcW w:w="2721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7572E2" w:rsidRDefault="00E8212C">
            <w:pPr>
              <w:jc w:val="center"/>
            </w:pPr>
            <w:r>
              <w:rPr>
                <w:sz w:val="20"/>
              </w:rPr>
              <w:t>03.06. – 25.06.2027 р.</w:t>
            </w:r>
          </w:p>
        </w:tc>
      </w:tr>
    </w:tbl>
    <w:p w:rsidR="007572E2" w:rsidRPr="00E8212C" w:rsidRDefault="00E8212C">
      <w:pPr>
        <w:spacing w:before="140" w:after="40"/>
        <w:rPr>
          <w:lang w:val="ru-RU"/>
        </w:rPr>
      </w:pPr>
      <w:r w:rsidRPr="00E8212C">
        <w:rPr>
          <w:b/>
          <w:lang w:val="ru-RU"/>
        </w:rPr>
        <w:t xml:space="preserve">ПРИМІТКА: </w:t>
      </w:r>
      <w:proofErr w:type="spellStart"/>
      <w:r w:rsidRPr="00E8212C">
        <w:rPr>
          <w:lang w:val="ru-RU"/>
        </w:rPr>
        <w:t>порушення</w:t>
      </w:r>
      <w:proofErr w:type="spellEnd"/>
      <w:r w:rsidRPr="00E8212C">
        <w:rPr>
          <w:lang w:val="ru-RU"/>
        </w:rPr>
        <w:t xml:space="preserve"> студентом </w:t>
      </w:r>
      <w:proofErr w:type="spellStart"/>
      <w:r w:rsidRPr="00E8212C">
        <w:rPr>
          <w:lang w:val="ru-RU"/>
        </w:rPr>
        <w:t>термінів</w:t>
      </w:r>
      <w:proofErr w:type="spellEnd"/>
      <w:r w:rsidRPr="00E8212C">
        <w:rPr>
          <w:lang w:val="ru-RU"/>
        </w:rPr>
        <w:t xml:space="preserve"> </w:t>
      </w:r>
      <w:proofErr w:type="spellStart"/>
      <w:r w:rsidRPr="00E8212C">
        <w:rPr>
          <w:lang w:val="ru-RU"/>
        </w:rPr>
        <w:t>щодо</w:t>
      </w:r>
      <w:proofErr w:type="spellEnd"/>
      <w:r w:rsidRPr="00E8212C">
        <w:rPr>
          <w:lang w:val="ru-RU"/>
        </w:rPr>
        <w:t xml:space="preserve"> </w:t>
      </w:r>
      <w:proofErr w:type="spellStart"/>
      <w:r w:rsidRPr="00E8212C">
        <w:rPr>
          <w:lang w:val="ru-RU"/>
        </w:rPr>
        <w:t>затвердження</w:t>
      </w:r>
      <w:proofErr w:type="spellEnd"/>
      <w:r w:rsidRPr="00E8212C">
        <w:rPr>
          <w:lang w:val="ru-RU"/>
        </w:rPr>
        <w:t xml:space="preserve"> теми </w:t>
      </w:r>
      <w:proofErr w:type="spellStart"/>
      <w:r w:rsidRPr="00E8212C">
        <w:rPr>
          <w:lang w:val="ru-RU"/>
        </w:rPr>
        <w:t>дипломної</w:t>
      </w:r>
      <w:proofErr w:type="spellEnd"/>
      <w:r w:rsidRPr="00E8212C">
        <w:rPr>
          <w:lang w:val="ru-RU"/>
        </w:rPr>
        <w:t xml:space="preserve"> </w:t>
      </w:r>
      <w:proofErr w:type="spellStart"/>
      <w:r w:rsidRPr="00E8212C">
        <w:rPr>
          <w:lang w:val="ru-RU"/>
        </w:rPr>
        <w:t>роб</w:t>
      </w:r>
      <w:r w:rsidRPr="00E8212C">
        <w:rPr>
          <w:lang w:val="ru-RU"/>
        </w:rPr>
        <w:t>оти</w:t>
      </w:r>
      <w:proofErr w:type="spellEnd"/>
      <w:r w:rsidRPr="00E8212C">
        <w:rPr>
          <w:lang w:val="ru-RU"/>
        </w:rPr>
        <w:t xml:space="preserve">, </w:t>
      </w:r>
      <w:proofErr w:type="spellStart"/>
      <w:r w:rsidRPr="00E8212C">
        <w:rPr>
          <w:lang w:val="ru-RU"/>
        </w:rPr>
        <w:t>погодження</w:t>
      </w:r>
      <w:proofErr w:type="spellEnd"/>
      <w:r w:rsidRPr="00E8212C">
        <w:rPr>
          <w:lang w:val="ru-RU"/>
        </w:rPr>
        <w:t xml:space="preserve"> з </w:t>
      </w:r>
      <w:proofErr w:type="spellStart"/>
      <w:r w:rsidRPr="00E8212C">
        <w:rPr>
          <w:lang w:val="ru-RU"/>
        </w:rPr>
        <w:t>керівником</w:t>
      </w:r>
      <w:proofErr w:type="spellEnd"/>
      <w:r w:rsidRPr="00E8212C">
        <w:rPr>
          <w:lang w:val="ru-RU"/>
        </w:rPr>
        <w:t xml:space="preserve"> </w:t>
      </w:r>
      <w:proofErr w:type="spellStart"/>
      <w:r w:rsidRPr="00E8212C">
        <w:rPr>
          <w:lang w:val="ru-RU"/>
        </w:rPr>
        <w:t>індивідуального</w:t>
      </w:r>
      <w:proofErr w:type="spellEnd"/>
      <w:r w:rsidRPr="00E8212C">
        <w:rPr>
          <w:lang w:val="ru-RU"/>
        </w:rPr>
        <w:t xml:space="preserve"> </w:t>
      </w:r>
      <w:proofErr w:type="spellStart"/>
      <w:r w:rsidRPr="00E8212C">
        <w:rPr>
          <w:lang w:val="ru-RU"/>
        </w:rPr>
        <w:t>завдання</w:t>
      </w:r>
      <w:proofErr w:type="spellEnd"/>
      <w:r w:rsidRPr="00E8212C">
        <w:rPr>
          <w:lang w:val="ru-RU"/>
        </w:rPr>
        <w:t xml:space="preserve">, </w:t>
      </w:r>
      <w:proofErr w:type="spellStart"/>
      <w:r w:rsidRPr="00E8212C">
        <w:rPr>
          <w:lang w:val="ru-RU"/>
        </w:rPr>
        <w:t>несвоєчасне</w:t>
      </w:r>
      <w:proofErr w:type="spellEnd"/>
      <w:r w:rsidRPr="00E8212C">
        <w:rPr>
          <w:lang w:val="ru-RU"/>
        </w:rPr>
        <w:t xml:space="preserve"> </w:t>
      </w:r>
      <w:proofErr w:type="spellStart"/>
      <w:r w:rsidRPr="00E8212C">
        <w:rPr>
          <w:lang w:val="ru-RU"/>
        </w:rPr>
        <w:t>завершення</w:t>
      </w:r>
      <w:proofErr w:type="spellEnd"/>
      <w:r w:rsidRPr="00E8212C">
        <w:rPr>
          <w:lang w:val="ru-RU"/>
        </w:rPr>
        <w:t xml:space="preserve"> </w:t>
      </w:r>
      <w:proofErr w:type="spellStart"/>
      <w:r w:rsidRPr="00E8212C">
        <w:rPr>
          <w:lang w:val="ru-RU"/>
        </w:rPr>
        <w:t>розділів</w:t>
      </w:r>
      <w:proofErr w:type="spellEnd"/>
      <w:r w:rsidRPr="00E8212C">
        <w:rPr>
          <w:lang w:val="ru-RU"/>
        </w:rPr>
        <w:t xml:space="preserve"> т</w:t>
      </w:r>
      <w:bookmarkStart w:id="0" w:name="_GoBack"/>
      <w:bookmarkEnd w:id="0"/>
      <w:r w:rsidRPr="00E8212C">
        <w:rPr>
          <w:lang w:val="ru-RU"/>
        </w:rPr>
        <w:t xml:space="preserve">а </w:t>
      </w:r>
      <w:proofErr w:type="spellStart"/>
      <w:r w:rsidRPr="00E8212C">
        <w:rPr>
          <w:lang w:val="ru-RU"/>
        </w:rPr>
        <w:t>роботи</w:t>
      </w:r>
      <w:proofErr w:type="spellEnd"/>
      <w:r w:rsidRPr="00E8212C">
        <w:rPr>
          <w:lang w:val="ru-RU"/>
        </w:rPr>
        <w:t xml:space="preserve"> в </w:t>
      </w:r>
      <w:proofErr w:type="spellStart"/>
      <w:r w:rsidRPr="00E8212C">
        <w:rPr>
          <w:lang w:val="ru-RU"/>
        </w:rPr>
        <w:t>цілому</w:t>
      </w:r>
      <w:proofErr w:type="spellEnd"/>
      <w:r w:rsidRPr="00E8212C">
        <w:rPr>
          <w:lang w:val="ru-RU"/>
        </w:rPr>
        <w:t xml:space="preserve">, не </w:t>
      </w:r>
      <w:proofErr w:type="spellStart"/>
      <w:r w:rsidRPr="00E8212C">
        <w:rPr>
          <w:lang w:val="ru-RU"/>
        </w:rPr>
        <w:t>проходження</w:t>
      </w:r>
      <w:proofErr w:type="spellEnd"/>
      <w:r w:rsidRPr="00E8212C">
        <w:rPr>
          <w:lang w:val="ru-RU"/>
        </w:rPr>
        <w:t xml:space="preserve"> </w:t>
      </w:r>
      <w:proofErr w:type="spellStart"/>
      <w:r w:rsidRPr="00E8212C">
        <w:rPr>
          <w:lang w:val="ru-RU"/>
        </w:rPr>
        <w:t>нормоконтролю</w:t>
      </w:r>
      <w:proofErr w:type="spellEnd"/>
      <w:r w:rsidRPr="00E8212C">
        <w:rPr>
          <w:lang w:val="ru-RU"/>
        </w:rPr>
        <w:t xml:space="preserve"> є </w:t>
      </w:r>
      <w:proofErr w:type="spellStart"/>
      <w:r w:rsidRPr="00E8212C">
        <w:rPr>
          <w:lang w:val="ru-RU"/>
        </w:rPr>
        <w:t>підставою</w:t>
      </w:r>
      <w:proofErr w:type="spellEnd"/>
      <w:r w:rsidRPr="00E8212C">
        <w:rPr>
          <w:lang w:val="ru-RU"/>
        </w:rPr>
        <w:t xml:space="preserve"> для </w:t>
      </w:r>
      <w:proofErr w:type="spellStart"/>
      <w:r w:rsidRPr="00E8212C">
        <w:rPr>
          <w:lang w:val="ru-RU"/>
        </w:rPr>
        <w:t>його</w:t>
      </w:r>
      <w:proofErr w:type="spellEnd"/>
      <w:r w:rsidRPr="00E8212C">
        <w:rPr>
          <w:lang w:val="ru-RU"/>
        </w:rPr>
        <w:t xml:space="preserve"> не допуску до </w:t>
      </w:r>
      <w:proofErr w:type="spellStart"/>
      <w:r w:rsidRPr="00E8212C">
        <w:rPr>
          <w:lang w:val="ru-RU"/>
        </w:rPr>
        <w:t>захисту</w:t>
      </w:r>
      <w:proofErr w:type="spellEnd"/>
      <w:r w:rsidRPr="00E8212C">
        <w:rPr>
          <w:lang w:val="ru-RU"/>
        </w:rPr>
        <w:t xml:space="preserve"> як такого, </w:t>
      </w:r>
      <w:proofErr w:type="spellStart"/>
      <w:r w:rsidRPr="00E8212C">
        <w:rPr>
          <w:lang w:val="ru-RU"/>
        </w:rPr>
        <w:t>що</w:t>
      </w:r>
      <w:proofErr w:type="spellEnd"/>
      <w:r w:rsidRPr="00E8212C">
        <w:rPr>
          <w:lang w:val="ru-RU"/>
        </w:rPr>
        <w:t xml:space="preserve"> не </w:t>
      </w:r>
      <w:proofErr w:type="spellStart"/>
      <w:r w:rsidRPr="00E8212C">
        <w:rPr>
          <w:lang w:val="ru-RU"/>
        </w:rPr>
        <w:t>виконує</w:t>
      </w:r>
      <w:proofErr w:type="spellEnd"/>
      <w:r w:rsidRPr="00E8212C">
        <w:rPr>
          <w:lang w:val="ru-RU"/>
        </w:rPr>
        <w:t xml:space="preserve"> </w:t>
      </w:r>
      <w:proofErr w:type="spellStart"/>
      <w:r w:rsidRPr="00E8212C">
        <w:rPr>
          <w:lang w:val="ru-RU"/>
        </w:rPr>
        <w:t>навчальний</w:t>
      </w:r>
      <w:proofErr w:type="spellEnd"/>
      <w:r w:rsidRPr="00E8212C">
        <w:rPr>
          <w:lang w:val="ru-RU"/>
        </w:rPr>
        <w:t xml:space="preserve"> план.</w:t>
      </w:r>
    </w:p>
    <w:p w:rsidR="007572E2" w:rsidRPr="00E8212C" w:rsidRDefault="00E8212C">
      <w:pPr>
        <w:spacing w:before="160" w:after="0"/>
        <w:rPr>
          <w:lang w:val="ru-RU"/>
        </w:rPr>
      </w:pPr>
      <w:proofErr w:type="spellStart"/>
      <w:r w:rsidRPr="00E8212C">
        <w:rPr>
          <w:lang w:val="ru-RU"/>
        </w:rPr>
        <w:t>Завідувач</w:t>
      </w:r>
      <w:proofErr w:type="spellEnd"/>
      <w:r w:rsidRPr="00E8212C">
        <w:rPr>
          <w:lang w:val="ru-RU"/>
        </w:rPr>
        <w:t xml:space="preserve"> </w:t>
      </w:r>
      <w:proofErr w:type="spellStart"/>
      <w:r w:rsidRPr="00E8212C">
        <w:rPr>
          <w:lang w:val="ru-RU"/>
        </w:rPr>
        <w:t>кафедри</w:t>
      </w:r>
      <w:proofErr w:type="spellEnd"/>
      <w:r w:rsidRPr="00E8212C">
        <w:rPr>
          <w:lang w:val="ru-RU"/>
        </w:rPr>
        <w:t xml:space="preserve"> </w:t>
      </w:r>
    </w:p>
    <w:p w:rsidR="007572E2" w:rsidRPr="00E8212C" w:rsidRDefault="00E8212C">
      <w:pPr>
        <w:spacing w:after="0"/>
        <w:jc w:val="right"/>
        <w:rPr>
          <w:lang w:val="uk-UA"/>
        </w:rPr>
      </w:pPr>
      <w:r>
        <w:rPr>
          <w:lang w:val="uk-UA"/>
        </w:rPr>
        <w:t xml:space="preserve">Людмила </w:t>
      </w:r>
      <w:r>
        <w:t xml:space="preserve"> </w:t>
      </w:r>
      <w:r>
        <w:rPr>
          <w:lang w:val="uk-UA"/>
        </w:rPr>
        <w:t>СТАРЧЕНКО</w:t>
      </w:r>
    </w:p>
    <w:sectPr w:rsidR="007572E2" w:rsidRPr="00E8212C" w:rsidSect="00034616">
      <w:pgSz w:w="12240" w:h="15840"/>
      <w:pgMar w:top="794" w:right="964" w:bottom="79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572E2"/>
    <w:rsid w:val="00AA1D8D"/>
    <w:rsid w:val="00B47730"/>
    <w:rsid w:val="00CB0664"/>
    <w:rsid w:val="00E8212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C4713D"/>
  <w14:defaultImageDpi w14:val="300"/>
  <w15:docId w15:val="{BB95EC92-0581-4DED-B4CB-027D5EE44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hAnsi="Times New Roman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ECBCA45-549E-4A6E-A138-5C6A6288F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Lena</cp:lastModifiedBy>
  <cp:revision>2</cp:revision>
  <dcterms:created xsi:type="dcterms:W3CDTF">2026-09-22T13:37:00Z</dcterms:created>
  <dcterms:modified xsi:type="dcterms:W3CDTF">2026-09-22T13:37:00Z</dcterms:modified>
  <cp:category/>
</cp:coreProperties>
</file>